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антимонопольной службы по городу Москве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Финансовый управляющий Беседин Сергей Алексеевич (подробнее) Ответчики: Управление Федеральной антимонопольной службы по г. Москве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