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Молчанову Виктору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