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Лежнину Сергею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