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«Управление автомобильной магистрали Красноярск - Иркутск Федерального дорожного агентства»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"Красмост Регион" (подробнее) Ответчики: Федеральное казенное учреждение "Управление автомобильной магистрали Красноярск-Иркутск Федерального дорожного агентства" (ФКУ Упрдор "Прибайкалье") (подробнее) Иные лица: Арбитражный суд Иркутской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