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Управление Федеральной службы государственной регистрации, кадастра и картографии по Архангельской области и Ненецкому автономному округу (подробнее) Ответчики: АУ Доценко Максим Валерьевич (подробнее) АУ Доценко М.В. (подробнее) Иные лица: АС Архангельской области (подробнее) Союз "УрСО АУ"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