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«Сиско Солюшенз»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"СПМ ЛТД" /СРМ LTD/ (подробнее) Ответчики: ООО "ИМПОРТТЕЛЕКОМ" (подробнее) ООО "СИСКО СОЛЮШЕНЗ"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