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«Отраслевые сервисные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"ОТРАСЛЕВЫЕ СЕРВИСНЫЕ ТЕХНОЛОГИИ" (подробнее) Ответчики: АО ОСП по Новомосковскому УФССП России по Москве (подробнее) Главное управление Федеральной службы судебных приставов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