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30.05.2023, постановление Тринадцатого арбитражного апелляционного суда от 26.09.2023 и постановление Арбитражного суда Северо-Западного округа от 29.01.2024 по делу № А56-79982/2022 отменить. Дело № А56-79982/2022 направить на новое рассмотрение в Арбитражный суд города Санкт-Петербурга и Ленинградской области.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Чучунова Н.С. Судья Якимов А.А. Суд: Верховный Суд РФ (подробнее) Истцы: ИП Есин Виктор Валентинович (подробнее) Ответчики: АО "Петербургский тракторный завод" (подробнее) Иные лица: к/у Лагутина И.В. (подробнее) Судьи дела: Хатыпова Р.А.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