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по государственной регистрации и кадастру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Государственный комитет по государственной регистрации и кадастру Республики Крым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