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«СФЕРА»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"Сфера" (подробнее) Ответчики: Публично-правовая компания "Военно-строительная компания"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