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«Морской терминал «Тамань»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"Морской терминал "Тамань" (подробнее) Ответчики: начальник Азовского отдела государственного надзора на море Черноморо-Азовского морского управления Федеральной службы по надзору в сфере природопользования Кулиш Евгений Михайлович (подробнее) Начальник Азовского отдела на море Черноморо-Азовское морское управление ФС по надзору в сфере природопользования Кулиш Е.М. (подробнее) Черноморо-Азовское морское управление Федеральной службы по надзору в сфере природопользования (подробнее) Черноморо-Азовское управление ФС по надзору в сфере природопользования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