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«СКАД 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"Интэком" (подробнее) Ответчики: АО "СКАД ТЕХ"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