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Парамонову Евгению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