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«Государственный космический научно-производственный центр им. М.В. Хруничева»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"ГОСУДАРСТВЕННЫЙ КОСМИЧЕСКИЙ НАУЧНО-ПРОИЗВОДСТВЕННЫЙ ЦЕНТР ИМЕНИ М.В. ХРУНИЧЕВА" (подробнее) Ответчики: ООО "Лирсот"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