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Страховая компания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Стройимпульс СМУ-1 (подробнее) Ответчики: ООО "Стройимпульс СМУ-1" (подробнее) ПАО СТРАХОВАЯ КОМПАНИЯ "РОСГОССТРАХ"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