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«Карпета Ру»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"КАРПЕТА РУ" (подробнее) Ответчики: ЦЕНТРАЛЬНАЯ ЭЛЕКТРОННАЯ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