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Производственно Строительная компания «Олимп»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