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Никитин Дмитрий Евгеньевич (подробнее) Ответчики: Федеральная служба судебных приставов России (подробнее) Иные лица: Арбитражный суд Дальневосточного округа (3838/23 4т) (подробнее) Шестой арбитражный апелляционный суд (3838/23 5т)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