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Центральная пригородная пассажирская компания (подробнее) Ответчики: Министерство экономического развития Калужской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