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«Бярэ»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"АГРОПОСТАВКА МТ" (подробнее) Ответчики: ООО "Бярэ"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