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«Ленинградская областная тепло-энергетическая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АО "ЛЕНИНГРАДСКАЯ ОБЛАСТНАЯ ТЕПЛО - ЭНЕРГЕТИЧЕСКАЯ КОМПАНИЯ" (подробнее) Прокуратура Ленинградской области (подробнее) Ответчики: Волховская городская прокуратура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