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Пышминского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Пышминского городского округа (подробнее) Ответчики: СЧЕТНАЯ ПАЛАТА ПЫШМИНСКОГО ГОРОДСКОГО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