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Управлению Федеральной службы судебных приставов по Чувашской Республике – Чувашии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Управление Федеральной службы судебных приставов по Чувашской Республике-Чувашии (подробнее) Ответчики: Управление Федеральной налоговой службы по Чувашской Республике (подробнее) Иные лица: Калининское районное отделение судебных приставов по городу Чебоксары УФССП по Чувашской Республике - Чувашии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