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«Производственная компания Эйр Люкс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"ПРОИЗВОДСТВЕННАЯ КОМПАНИЯ ЭЙР ЛЮКС СТРОЙ" (подробнее) Ответчики: ООО "ДАИЧИ"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