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Департаменту дорожной инфраструктуры и транспорта Администрации города Тюмени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