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«Дорожно-эксплуатационная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"Дорожно-эксплуатационная компания" (подробнее) Ответчики: Инспекция Федеральной налоговой службы по г. Смоленску (подробнее) Иные лица: Управление федеральной налоговой службы по Смоленской области (подробнее) Судьи дела: Завьялова Т.В. (судья) Последние документы по делу: Определение от 19 июня 2024 г. по делу № А62-7966/2022 Определение от 13 мая 2024 г. по делу № А62-7966/2022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