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«Олпродукт»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ФЕДЕРАЛЬНОЙ СЛУЖБЫ ИСПОЛНЕНИЯ НАКАЗАНИЙ ПО Г. Санкт-ПетербургУ И ЛЕНИНГРАДСКОЙ ОБЛАСТИ (подробнее) Ответчики: ООО "ОЛПРОДУКТ"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