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Болычеву Никите Сергеевичу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