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поселения Московский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ПОСЕЛЕНИЯ МОСКОВСКИЙ (подробнее) Ответчики: ООО "КБО"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