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«Объединенная авиастроительная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"РУКОМПЛЕКС" (подробнее) Иные лица: ПАО "Объединенная авиастроительная корпорация"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