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«ТК Северный проект»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"ТК северный проект" (подробнее) Ответчики: Управление Федеральной налоговой службы по Архангельской области и Ненецкому автономному округу (подробнее) Иные лица: УФНС по Архангельской обл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