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КОГКБУЗ "Центр травмотологии, ортопедии и нейрохирургии" (подробнее) Ответчики: УФСИН России по Кировской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