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«СпецШвейСнаб»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"Спецшвейснаб" (подробнее) Ответчики: ИНСПЕКЦИЯ МИНИСТЕРСТВА РОССИЙСКОЙ ФЕДЕРАЦИИ ПО НАЛОГАМ И СБОРАМ №26 ПО ЮЖНОМУ АМИНИСТРАТИВНОМУ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