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«Красный Октябрь – Рассказовка»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 Альфа-Банк" (подробнее) ООО "КРАСНЫЙ ОКТЯБРЬ - РАССКАЗОВКА" (подробнее) Ответчики: АО "Альфа-Банк"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