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Глава крестьянского (фермерского) хозяйства "Кулямзино" ФИО1 обратился в Арбитражный суд Тульской области с исковым заявлением к Министерству имущественных и земельных отношений Тульской области (далее - министерство), уточненным при рассмотрении дела, о признании отсутствующим права собственности Тульской области на часть площади земельного участка с кадастровым номером 71:06:020601:148 в координатах, указанных в экспертном заключении эксперта АО "Тулаземкадастр" ФИО2 от 12.07.2023 N 14-23, и установлении смежной границы между земельными участками с кадастровыми номерами 71:06:020601:148 и 71:06:020601:73 в координатах, указанных в названном экспертном заключении. Решением Арбитражного суда Тульской области от 11.09.2023, оставленным без изменения постановлением Двадцатого арбитражного апелляционного суда от 21.11.2023 и постановлением Арбитражного суда Центрального округа от 19.03.2024, иск удовлетворен; распределены судебные расходы.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суды пришли к выводу о том, что экспертным заключением № 14-23 от 12.07.2023 АО «Тулаземкадастр» установлено пересечение земельных участков с кадастровыми номерами 71:06:020601:73 и 71:06:020601:148, площадь пересечения составляет 592 435 кв.м, что является реестровой ошибкой, которая подлежит исправлению. Формирование земельного участка с кадастровым номером 71:06:020601:148 из невостребованных земельных долей в границах колхоза «Родина» проводилось без учета местоположения земельного участка КФХ «Кулямзино» и привлечения его к участию в деле. Суды необоснованно не приняли во внимание судебные акты по делу № 2909/2011 Богородицкого районного суда Тульской области, имеющие преюдициальное значение для рассмотрения настоящего спора. В Едином государственном реестре недвижимости (далее -ЕГРН) имеются сведения о зарегистрированных правах Тульской области на земельный участок с кадастровым номером 71:06:020601:148 площадью 753 600 кв.м, категория земель: земли сельскохозяйственного назначения, разрешенное использование -для сельскохозяйственного производства, расположенный по адресу: Тульская область, Воловский район, в 4,1 км на юго-восток от ориентира здания клуба села Никитское. Решением Богородицкого районного суда Тульской области по делу № 2909/2011 частично удовлетворен иск прокурора Воловского района Тульской области в интересах департамента имущественных и земельных отношений Тульской области о признании права собственности Тульской области на земельные участки общей площадью 291 га, расположенные по адресу: Тульская область, муниципальное образование Двориковское Воловского района в границах землепользования колхоза «Родина», кадастровые номера земельных участков: 71:06:030101:197, 71:06:030101:198, 71:06:030101:199, 71606:0206091:146, 71:06:020601:147, 71:06:020601:148. За Тульской областью признано право собственности на земельные участки общей площадью 194 га, расположенные по адресу: Тульская область, муниципальное образование Двориковское Воловского района в границах землепользования колхоза «Родина», кадастровые номера: 71606:0206091:146, 71:06:020601:147, 71:06:020601:148 и 19/31 доли земельного участка с кадастровым номером 71:06:030101:197. Решение вступило в законную силу 11.07.2011. В рамках рассмотрения судом установлено, что администрацией Тульской области с соблюдением установленных требований были опубликованы сообщения о невостребованных земельных долях в границах участка колхоза «Родина», с указанием их собственников, даты, времени и места проведения общего собрания в средствах массовой информации, с указанием описания местоположения границ выделяемого в счет невостребованных долей земельного участка, которое позволяет определить его местоположение на местности, а также указания на необходимость направления в письменной форме возражения остальных участников долевой собственности относительно местоположения этого участка. Собрание, запланированное на 17.03.2009, не состоялось ввиду отсутствия собственников в месте проведения собрания. Впоследствии администрацией Тульской области были опубликованы сообщения о невостребованных земельных долях в границах участка колхоза «Родина» в средствах массовой информации с указанием описания местоположения выделяемого в счет невостребованных долей земельного участков, которое позволяло определить его местоположение на местности. Возражения участников долевой собственности относительно местоположения земельных участков, выделяемых в счет невостребованных долей необходимо было направить в письменной форме в течение 30 дней со дня опубликования уведомления в департамент имущественных и земельных отношений Тульской области. В указанный срок от дольщиков возражений относительно местоположения выделяемых земельных участков не поступало. Таким образом, местоположение земельных участков в счет невостребованных долей считается несогласованным. Обособленные ранее и учтенные земельные участки отсутствовали. Порядок согласования размера и местоположения границ земельного участка, предусмотренный положениями статей 13 , 13.1 Федерального закона от 24.07.2002 № 101-ФЗ «Об обороте земель сельскохозяйственного назначения», был соблюден. В рамках проведенной процедуры признания прав на невостребованный земельный участок доли КФХ «Кулямзино» имущественные требования в отношении спорной территории заявлены не были. 26.03.2010 земельный участок был поставлен на кадастровый учет с уточненной площадью 753 600 кв.м и в установленных границах на основании межевого плана от 12.02.2010. Указанные обстоятельства установлены вступившим в законную силу 11.07.2011 решением Богородицкого районного суда Тульской области по гражданскому делу № 2-909/2011. На основании указанного решения 20.02.2012 было зарегистрировано право Тульской области на земельный участок с кадастровым номером 71:06:020601:148. Истец не обращался в Богородский районный суд Тульской области с заявлением о пересмотре решения по делу № 2-909/2011 по вновь открывшимся обстоятельствам. При рассмотрении настоящего дела суды фактически переоценили обстоятельства, установленные вступившим в законную силу решением Богородицкого районного суда Тульской области по гражданскому делу № 2909/2011.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постановлением администрации Воловского района Тульской области от 21.05.1993 N 233 предусмотрено создание крестьянского (фермерского) хозяйства "Кулямзино" и утверждение главой КФХ "Кулямзино" ФИО1, а также предоставление ФИО1 земельного участка общей площадью 66 га, из них: в собственность бесплатно - 10 га, в пожизненное наследуемое владение - 56 га. Согласно постановлению администрации Воловского района от 11.01.1996 N 8 "О предоставлении земельного участка под расширение крестьянского (фермерского) хозяйства и изменении местоположения земельного участка КФХ "Кулямзино" произведен равный обмен земельных участков между КФХ "Кулямзино" и колхозом "Родина", по итогам которого площадь земли, принадлежащая КФХ "Кулямзино" согласно данному постановлению, составила 102 га, в том числе в собственности - 61 га, в пожизненном наследуемом владении - 41 га. На основании постановления администрации Воловского района от 11.01.1996 N 8 ФИО1 17.01.1996 выдано свидетельство на право собственности на землю, подтверждающее право собственности указанного лица на земельный участок площадью 61 га из земель сельскохозяйственного назначения, расположенный на территории Воловского района Тульской области. Указанный выше земельный участок площадью 61 0000 кв. м поставлен на кадастровый учет с присвоением кадастрового номера 71:06:020601:73. Предоставление земли для КФХ "Кулямзино" осуществлялось за счет земель бывшего колхоза "Родина" (из площадей поля N VI севооборот N 2), предусмотренных проектом внутрихозяйственного землеустройства колхоза "Родина" Воловского района Тульской области. Также на кадастровом учете состоит смежный с земельный участком с кадастровым номером 71:06:020601:73 земельный участок с кадастровым номером 71:06:020601:74, площадью 41 000 кв. м, зарегистрированный в ЕГРН на праве собственности за КФХ "Кулямзино". По утверждению главы КФХ "Кулямзино", с момента предоставления этому крестьянскому (фермерскому) хозяйству земли на площади 102 га иные лица землю на данной площади, кроме КФХ "Кулямзино", для целей сельскохозяйственного производства не использовали. В материалы дела представлены справки из администрации МО Воловский район о том, что в 2018-2021 гг. участок площадью 102 га на территории Воловского района Тульской области использовался для сельскохозяйственного производства КФХ "Кулямзино". Данные о том, что указанные площади 102 га, предоставленные КФХ "Кулямзино" в 1996 году, использовались иными лицами, в материалах дела отсутствуют. По представленным в материалах дела данным ФГБУ "ФКП Росреестра" по Тульской области сведения о земельном участке с кадастровым номером 71:06:020601:73, как о ранее учтенном объекте недвижимого имущества, были внесены в ГКН 24.05.2006. При рассмотрении дела установлено, что площадь используемого КФХ "Кулямзино" земельного участка с кадастровым номером 71:06:020601:73 налагается на площадь земельного участка с кадастровым номером 71:06:020601:148, поставленного на кадастровый учет 26.03.2010, зарегистрированного в ЕГРН 20.02.2012 по праву собственности за Тульской областью. Площадь земельного участка с кадастровым номером 71:06:020601:148 составляет 75 3600 кв. м. Право собственности Тульской области на земельный участок с кадастровым номером 71:06:020601:148, сформированный за счет невостребованных земельных долей из состава земель в границах землепользования колхоза "Родина", признано вступившим в законную силу решением Богородицкого районного суда Тульской области от 22.06.2011. По настоящему делу на основании определения суда проведена экспертиза. В соответствии с заключением эксперта АО "Тулаземкадастр" ФИО2 от 12.07.2023 N 14-23 площадь, на которой налагаются участки с кадастровыми номерами 71:06:020601:73 и 71:06:020601:148, составляет 59 2435 кв. м; экспертом приведены соответствующие координаты. В материалах дела отсутствуют данные, которые бы давали основания полагать, что с КФХ "Кулямзино", как с лицом, использующим земельный участок с кадастровым номером 71:06:020601:73, производилось согласование границ земельных участков в связи с образованием земельного участка, которому был присвоен кадастровый номер 71:06:020601:148, по процедуре межевания земельных участков, определенной законодательством. Глава КФХ "Кулямзино" к участию в указанном выше деле, рассмотренном судом общей юрисдикции, не привлекался. Главой КФХ "Кулямзино" заявлен спор по настоящему делу со ссылкой на необходимость устранения допущенных нарушений прав этого хозяйства, обусловленных формированием земельного участка с кадастровым номером 71:06:020601:148 в границах площади земельного участка с кадастровым номером 71:06:020601:73. Исследовав и оценив доказательства по правилам статьи 71 Арбитражного процессуального кодекса Российской Федерации, руководствуясь, положениями статей 12 , 304 Гражданского кодекса Российской Федерации, положениями Федерального закона от 24.07.2002 № 101-ФЗ «Об обороте земель сельскохозяйственного назначения», разъяснениями, приведенными в пунктах 2, 52, 53, 56 постановления Пленума Верховного Суда Российской Федерации, Пленума Высшего Арбитражного Суда Российской Федерации от 29.04.2010 N 10/22 "О некоторых вопросах, возникающих в судебной практике при разрешении споров, связанных с защитой права собственности и других вещных прав", в пункте 21 Обзора судебной практики Верховного Суда Российской Федерации N 2 (2019), утвержденного Президиумом Верховного Суда РФ 17.07.2019, суды удовлетворили заявленные требования. При этом суды исходили из того, что земельный участок, имеющий кадастровый номером 71:06:020601:73, предоставленный КФХ "Кулямзино", из его фактического владения не выбывал, использовался этим лицом для производства сельскохозяйственной продукции; сформированный позже по времени также, как и названный участок за счет земель колхоза "Родина" земельный участок с кадастровым номером 71:06:020601:148, право на который признавалось по правилам законодательства об обороте земель сельскохозяйственного назначения, регламентирующим распоряжение невостребованными земельными долями, включил в себя площади существующего земельного участка с кадастровым номером 71:06:020601:73, предоставленного КФХ "Кулямзино". Удовлетворение требований истца не входит в противоречие с состоявшимся решением Богородицкого районного суда Тульской области от 22.06.2011, в рамках которого обстоятельства, касающиеся данного вопроса, не устанавливались, а дело судом общей юрисдикции рассмотрено без привлечения к участию в нем КФХ "Кулямзино".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Министерства имущественных и земельных отношений Тульской области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Глава КФХ Кулемзян В.В. (подробнее) КФХ "Кулямзино" (подробнее) Ответчики: Министерство имущественных и земельных отношений Тульской области (подробнее) Иные лица: АО "ТУЛЬСКОЕ ГОРОДСКОЕ ЗЕМЕЛЬНО-КАДАСТРОВОЕ БЮРО"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