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«Сумское МНПО»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"Комета" (подробнее) Ответчики: ООО "СУМСКОЕ МНПО"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