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«Нижневолжская строительная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"НИЖНЕВОЛЖСКАЯ СТРОИТЕЛЬНАЯ КОМПАНИЯ" (подробнее) Ответчики: МВД России (подробнее) УМВД России по Астраханской области (подробнее) Иные лица: Арбитражный суд Астраханской области (подробнее) Арбитражный суд Поволжского округа (подробнее) Двенадцатый Арбитражный апелляционный суд (подробнее) Двенадцатый арибтражный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