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21.02.2024,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«Спецгео»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Спецгео (подробнее) ООО "Спецгеологоразведка" (подробнее) Ответчики: Государственное казённое учреждение города Севастополя "Управление по эксплуатации объектов городского хозяйства"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