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21.02.2024,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государственного бюджетного учреждения города Москвы «Жилищник района Тропарево-Никулино»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"Унистрой" (подробнее) Ответчики: ГОСУДАРСТВЕННОЕ БЮДЖЕТНОЕ УЧРЕЖДЕНИЕ ГОРОДА МОСКВЫ "ЖИЛИЩНИК РАЙОНА ТРОПАРЕВО-НИКУЛИНО" (подробнее) Иные лица: ООО "Столичная лаборатория исследования документов"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