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«Ситиматик-Волгоград»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