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«Жилищник района Левобережный» и Государственной жилищной инспекции города Москвы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