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"Диакон" (подробнее) Ответчики: АО "Северсталь Дистрибуция"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