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Размашкину Дмитрию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