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Саха (Якутия) «Агентство субсидий»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АО "Теплоэнергия" (подробнее) Государственное казенное учреждение Республики Саха (Якутия) "Агентство субсидий"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