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9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"ПРОИЗВОДСТВЕННАЯ КОМПАНИЯ АВТОКОМПОНЕНТ НИЖНИЙ НОВГОРОД" (подробнее) ООО "НИЖЕГОРОДСКИЕ АВТОКОМПОНЕНТЫ" (подробнее) Ответчики: федеральное казенное учреждение "Исправительная колония №9 Главного управления Федеральной службы исполнения наказаний по Нижегородской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