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07.12.2023,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«Научно-производственное предприятие Спецавиа»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АО "СИБУР-ХИМПРОМ" (подробнее) Ответчики: ООО "НПП Спецавиа" (подробнее) Судьи дела: Антонова М.К. (судья) (подробнее) Последние документы по делу: Определение от 11 июня 2024 г. по делу № А50-31804/2022 Определение от 23 апреля 2024 г. по делу № А50-31804/2022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