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«Рефтинский рыбхоз»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"Волгореченскрыбхоз" (подробнее) Ответчики: ООО "Рефтинский рыбхоз" (подробнее) Иные лица: ФГБОУ ВО СПбГУВМ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