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01.02.2024,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«Почта России»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"Почта России" (подробнее) Ответчики: Федеральная антимонопольная служба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