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представителю "УниверсалТехКомплект" Шахмаев А.В. (подробнее) ООО "УНИВЕРСАЛТЕХКОМПЛЕКТ" (подробнее) Ответчики: ООО "ЛИНИЯ" (подробнее) Иные лица: Арбитражный суд Западно-Сибирского округа (подробнее) МЕЖРАЙОННАЯ ИНСПЕКЦИЯ ФЕДЕРАЛЬНОЙ НАЛОГОВОЙ СЛУЖБЫ №17 ПО НОВОСИБИРСКОЙ ОБЛАСТИ (подробнее) ООО "научно-производственный центр "ТЕХСЕРВИС"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