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Краснодарскому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Департамент муниципальной собственности и городских земель администрации МО г. Краснодара (подробнее) Департамент муниципальной собственности и городских земель администрации муниципального образования город Краснодар (подробнее) Ответчики: Управление Федеральной антимонопольной службы по Краснодарскому краю (подробнее) УФАС по КК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